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Mackenzie, Aulay/ Ball, A. S./ Virdee, Sonia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353-362.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écologie/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étudiants, ce livre propose une vision systémique de la biosphère et des impacts humains. Il intègre à la fois les notions de structure fonctionnelle des écosystèmes, les dynamiques évolutives et une réflexion engagée sur la durabilité, l’écologie appliquée et la place de l’homme. Terminé par des questions d’auto-évaluation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