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 Abdeslem/ Cherbi, Malika/ Kherbouche-Abrous, Ourida/ Amine, Faouzi/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9789961018637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zoologie/ </w:t>
            </w:r>
          </w:p>
        </w:tc>
      </w:tr>
    </w:tbl>
    <w:p>
      <w:pPr>
        <w:pStyle w:val="Heading3"/>
      </w:pPr>
      <w:r>
        <w:t>Résumé :</w:t>
      </w:r>
    </w:p>
    <w:p>
      <w:r>
        <w:t>Cet ouvrage est un polycopié pédagogique destiné aux étudiants en 2ᵉ année Licence Sciences de la Vie. Il regroupe une sélection de sujets d’examens corrigés, avec leurs énoncés complets et des réponses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