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génie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Gaudel, Marie-Claude/ Bernot, Gilles/ Marre, Bruno/ Schlienger, Françoise/ Lemoine,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137-142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logiciel/ ingénierie logicielle/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fondements théoriques et pratiques du génie logiciel, c’est-à-dire l’ensemble des méthodes, outils et techniques utilisés pour concevoir, développer, valider et maintenir des logiciels de manière rigoureuse, fiable et industrialisée.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