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Maintenance 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Brown, Mark/ Rawtani, Jawahar/ Patil, Dinesh/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9782100582020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 électrique/ dispositif de test/ </w:t>
            </w:r>
          </w:p>
        </w:tc>
      </w:tr>
    </w:tbl>
    <w:p>
      <w:pPr>
        <w:pStyle w:val="Heading3"/>
      </w:pPr>
      <w:r>
        <w:t>Résumé :</w:t>
      </w:r>
    </w:p>
    <w:p>
      <w:r>
        <w:t>Cet ouvrage fournit toutes les informations pratiques permettant d'effectuer la maintenance des installations électriques et des équipements industriels. Après quelques rappels théoriques indispensables, tous les types de matériels sont étudiés : les moteurs, les disjoncteurs et les interrupteurs, les variateurs de vitesse, les équipements et circuits de commande, etc. Pour chaque type d'équipement, sont détaillés : - les principes de fonctionnement ; - les causes possibles de pannes et les moyens de les prévenir ; - les méthodes d'identification des défaillances (tests et mesures électriques) et les solutions de dépannage. Les très nombreux exemples proposés sont adaptables à n'importe quel type d'installation présente sur un site industriel. L'ouvrage s'adresse particulièrement aux ingénieurs et techniciens en électrotechnique, mécanique et production, soucieux d'améliorer la productivité de leurs équipements tout en réduisant les coûts de maintenance. Les étudiants y découvriront également un savoir-faire technique qui complétera parfaitement leurs connaissances théoriques.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