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éléctronique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Chafai, Mahfoud/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Bibligr. Index</w:t>
            </w:r>
          </w:p>
        </w:tc>
      </w:tr>
      <w:tr>
        <w:trPr>
          <w:trHeight w:val="567"/>
        </w:trPr>
        <w:tc>
          <w:tcPr>
            <w:tcW w:type="dxa" w:w="3000"/>
          </w:tcPr>
          <w:p>
            <w:r>
              <w:t>Numéro d'Identification</w:t>
            </w:r>
          </w:p>
        </w:tc>
        <w:tc>
          <w:tcPr>
            <w:tcW w:type="dxa" w:w="7000"/>
          </w:tcPr>
          <w:p>
            <w:r>
              <w:t>9789961015926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maintenance électronique/ dépannage électronique/ </w:t>
            </w:r>
          </w:p>
        </w:tc>
      </w:tr>
    </w:tbl>
    <w:p>
      <w:pPr>
        <w:pStyle w:val="Heading3"/>
      </w:pPr>
      <w:r>
        <w:t>Résumé :</w:t>
      </w:r>
    </w:p>
    <w:p>
      <w:r>
        <w:t>Cet ouvrage fruit d'une longue expérience pratique et d'enseignement pédagogique électronique est destiné aux étudiant et aux techniciens pour améliorer leur savoir-faire et tente de répondre aux besoins en qualification professionnelle. Il est composé essentiellement de trois parties : La première partie est consacrée aux méthodes et techniques de dépannage qui dotent le technicien d’outils et de connaissances permettant d’aborder d’une manière méthodique tout système électronique défaillant. Dans la deuxième partie est abordé le diagnostique des pannes dans les circuits de base couramment utilisés. La troisième partie présente des exemples de cas concrets de diagnostique de cartes électroniques utilisées dans le domaine informatiques, industriel, biomédical, d’instrumentation et de télécommunication.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