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Cocquerelle, Jean Louis/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2710806967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convertisseur DC-DC/ transformateur électrique/ </w:t>
            </w:r>
          </w:p>
        </w:tc>
      </w:tr>
    </w:tbl>
    <w:p>
      <w:pPr>
        <w:pStyle w:val="Heading3"/>
      </w:pPr>
      <w:r>
        <w:t>Résumé :</w:t>
      </w:r>
    </w:p>
    <w:p>
      <w:r>
        <w:t>Cet ouvrage s attache à l analyse des convertisseurs de l électronique de puissance et de leurs perturbations conduites, notamment de leurs émissions de courants harmoniques. Pour étudier les convertisseurs, il est nécessaire de posséder des connaissances préalables sérieuses en électricité et électrotechnique, en particulier sur la distribution et les transformateurs. L originalité de cet ouvrage consiste dès lors à réunir dans un même volume l électrotechnique de base et l électronique de puissance, en assurant la meilleure compréhension possible par une présentation sous forme d exemples entièrement traités, littéralement et numériquement, précédés d une introduction de cours par chapitre. Cet ouvrage s adresse aux étudiants préparant un premier ou un second cycle en Génie électrique (électronique, électrotechnique) aussi bien en BTS/DUT qu en maîtrise des universités ou en école d ingénieur. Table des matières : I. Électronique de puissance. 1. Conversion DC-DC. 2. Conversion AC-AC. 3. Conversion AC-DC. Conversion DC-AC. II. Distribution en monophasé et triphasé BT et transformateurs d énergie. 1. Réseaux monophasés. 2. Réseaux triphasés. 3. Transformateur monophasé. 4. Transformateurs triphasés.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