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Biologie du développement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 Moigne, Albert/ Foucrier, Jean/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7e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413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9782100530113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Biologie générale/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biologie du développement/ embryologie humaine/ </w:t>
            </w:r>
          </w:p>
        </w:tc>
      </w:tr>
    </w:tbl>
    <w:p>
      <w:pPr>
        <w:pStyle w:val="Heading3"/>
      </w:pPr>
      <w:r>
        <w:t>Résumé :</w:t>
      </w:r>
    </w:p>
    <w:p>
      <w:r>
        <w:t>Ce manuel est destiné aux étudiants en Licences ou Masters de Sciences de la Vie, aux candidats aux concours de l'enseignement secondaire ainsi qu'aux élèves des classes préparatoires aux grandes écoles.</w:t>
        <w:br/>
        <w:br/>
        <w:br/>
        <w:br/>
        <w:t>La découverte, ces dernières années, de gènes organisateurs du développement communs à tous les Métazoaires a permis de faire progresser considérablement notre connaissance des mécanismes du développement. Des concepts sont ainsi apparus, applicables à l'Homme et aux autres espèces animales. C'est dans cet esprit que le cours de Biologie du développement a été révisé et augmenté pour cette septième édition.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