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sécurité en laboratoire de chimie et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Picot, A./ Grenouillet, p./ Archieri, Marie-José/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Londres/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 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2852066084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Ce manuel est un guide de référence complet dédié à la prévention des risques chimiques dans les laboratoires de chimie, biochimie et biologie. Il s’adresse autant aux enseignants, techniciens, chercheurs, qu’aux étudiants.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