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Beaux, Jean-François/ Beaux, Ghislaine/ Boutin, Valérie/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fondamentaux en licence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rappel de cour fondamentaux/ biologie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Strictement conforme aux cursus de première année des Licences scientifiques, cet ouvrage permet aux étudiants de renforcer leurs compétences et leur autonomie en biologie. Vous y trouverez : un QCM d'évaluation en début de chapitre pour tester ses acquis ; des rappels de cours pour réviser les grandes notions abordées durant l'année ; de nombreux exercices d'application intégralement corrigés pour s'exercer efficacement.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