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T2, Métazoaires Deutérostomiens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 Abdeslem/ Cherbi Bachouchi, Malika/ Amine, Faouzi/ Bidi-Akil, Safia/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9789961017005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invertébrés/ zoologie/ </w:t>
            </w:r>
          </w:p>
        </w:tc>
      </w:tr>
    </w:tbl>
    <w:p>
      <w:pPr>
        <w:pStyle w:val="Heading3"/>
      </w:pPr>
      <w:r>
        <w:t>Résumé :</w:t>
      </w:r>
    </w:p>
    <w:p>
      <w:r>
        <w:t>Ce Polycopie de zoologie,il traite exclusivement les phylums majeurs des métazoaires deutérostomines. Il présente d'une part, les connaissances les plus récentes sur les échinodermes,l'anatomie fonctionnelle des céphalocordés et des corrodés (les tunicles)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