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finite element method in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S.S. Rao/ </w:t>
            </w:r>
          </w:p>
        </w:tc>
      </w:tr>
      <w:tr>
        <w:trPr>
          <w:trHeight w:val="567"/>
        </w:trPr>
        <w:tc>
          <w:tcPr>
            <w:tcW w:type="dxa" w:w="3000"/>
          </w:tcPr>
          <w:p>
            <w:r>
              <w:t>Adresse bib.</w:t>
            </w:r>
          </w:p>
        </w:tc>
        <w:tc>
          <w:tcPr>
            <w:tcW w:type="dxa" w:w="7000"/>
          </w:tcPr>
          <w:p>
            <w:r>
              <w:t xml:space="preserve">Pergamon Press Book/ </w:t>
            </w:r>
          </w:p>
        </w:tc>
      </w:tr>
      <w:tr>
        <w:trPr>
          <w:trHeight w:val="567"/>
        </w:trPr>
        <w:tc>
          <w:tcPr>
            <w:tcW w:type="dxa" w:w="3000"/>
          </w:tcPr>
          <w:p>
            <w:r>
              <w:t>Nombre de Pages</w:t>
            </w:r>
          </w:p>
        </w:tc>
        <w:tc>
          <w:tcPr>
            <w:tcW w:type="dxa" w:w="7000"/>
          </w:tcPr>
          <w:p>
            <w:r>
              <w:t>625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method in engineering/ </w:t>
            </w:r>
          </w:p>
        </w:tc>
      </w:tr>
    </w:tbl>
    <w:p>
      <w:pPr>
        <w:pStyle w:val="Heading3"/>
      </w:pPr>
      <w:r>
        <w:t>Résumé :</w:t>
      </w:r>
    </w:p>
    <w:p>
      <w:r>
        <w:t>Ce livre présente la méthode des éléments finis (FEM), une technique numérique utilisée pour approximer les solutions de problèmes complexes en génie, tels que la mécanique des structures, la thermique, la dynamique des fluides,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