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des intrusions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Northcutt, Stephen/ Novak, Judy/ McLachlan, Donald/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 p.p. 453-460</w:t>
            </w:r>
          </w:p>
        </w:tc>
      </w:tr>
      <w:tr>
        <w:trPr>
          <w:trHeight w:val="567"/>
        </w:trPr>
        <w:tc>
          <w:tcPr>
            <w:tcW w:type="dxa" w:w="3000"/>
          </w:tcPr>
          <w:p>
            <w:r>
              <w:t>Numéro d'Identification</w:t>
            </w:r>
          </w:p>
        </w:tc>
        <w:tc>
          <w:tcPr>
            <w:tcW w:type="dxa" w:w="7000"/>
          </w:tcPr>
          <w:p>
            <w:r>
              <w:t>2744010480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d'ordinateurs/ antivirus (logiciels)/ </w:t>
            </w:r>
          </w:p>
        </w:tc>
      </w:tr>
    </w:tbl>
    <w:p>
      <w:pPr>
        <w:pStyle w:val="Heading3"/>
      </w:pPr>
      <w:r>
        <w:t>Résumé :</w:t>
      </w:r>
    </w:p>
    <w:p>
      <w:r>
        <w:t>A mesure que s'accroissent le nombre et l'interconnexion des réseaux d'entreprise, gouvernementaux et universitaires, on assiste en parallèle à une intensification des attaques contre les systèmes informatiques. Cet ouvrage, écrit par deux experts de la sécurité des réseaux, est conçu pour être à la fois une aide à la formation et une référence technique pour les analystes de la détection des intrusions. A l'aide d'explications détaillées et d'exemples tirés de leur propre expérience, les auteurs abordent les différents aspects de la sécurité réseau : l'évaluation et la gestion des incidents, les hackers et les différents modèles d'attaques, les mesures de sécurité. Ce livre vous permettra d'acquérir les connaissances indispensables au contrôle complet de la sécurité de votre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