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Plew, Ronald R/ Stephens, Ryan K/ Campillo, Veronique/ Warion, Veronique/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389-402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(langage de programmation)/ Base de données relationnelle/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allez rapidement maîtriser le langage de requêtes SQL (Structured Query Language) pour construire de puissantes bases de données relationnelles.</w:t>
        <w:br/>
        <w:br/>
        <w:t>Vous découvrirez toutes les techniques pour concevoir et administrer une base de données et optimiser ses performances. Vous apprendrez à créer des objets, extraire des données, sécuriser l'accès aux éléments de votre base et planifier des tâches. Pour finir, vous apprendrez à développer une base de données sur Internet.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