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Tout sur la sécurité 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Pillou, Jean François/ Bay, Jean Philippe/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CommentCaMarche.net(N°:None)</w:t>
            </w:r>
          </w:p>
        </w:tc>
      </w:tr>
      <w:tr>
        <w:trPr>
          <w:trHeight w:val="567"/>
        </w:trPr>
        <w:tc>
          <w:tcPr>
            <w:tcW w:type="dxa" w:w="3000"/>
          </w:tcPr>
          <w:p>
            <w:r>
              <w:t>Notes Générales</w:t>
            </w:r>
          </w:p>
        </w:tc>
        <w:tc>
          <w:tcPr>
            <w:tcW w:type="dxa" w:w="7000"/>
          </w:tcPr>
          <w:p>
            <w:r>
              <w:t>Index p.p. 253-262</w:t>
            </w:r>
          </w:p>
        </w:tc>
      </w:tr>
      <w:tr>
        <w:trPr>
          <w:trHeight w:val="567"/>
        </w:trPr>
        <w:tc>
          <w:tcPr>
            <w:tcW w:type="dxa" w:w="3000"/>
          </w:tcPr>
          <w:p>
            <w:r>
              <w:t>Numéro d'Identification</w:t>
            </w:r>
          </w:p>
        </w:tc>
        <w:tc>
          <w:tcPr>
            <w:tcW w:type="dxa" w:w="7000"/>
          </w:tcPr>
          <w:p>
            <w:r>
              <w:t>9782100588008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d'ordinateurs/ mesures de sûreté/ </w:t>
            </w:r>
          </w:p>
        </w:tc>
      </w:tr>
    </w:tbl>
    <w:p>
      <w:pPr>
        <w:pStyle w:val="Heading3"/>
      </w:pPr>
      <w:r>
        <w:t>Résumé :</w:t>
      </w:r>
    </w:p>
    <w:p>
      <w:r>
        <w:t>Cet ouvrage est consacre a la securite des equipements informatiques: les risques de hacking, virus spams et autres malwares, et les solutions pour y remedier. Cette troisieme edition mise a jour et enrichie aborde notamment: les failles materielles, la securite des applications, les attaques via moteur de recherche et les mots de passe, la problematique des smartphones et des tablettes.Un répertoire commente et actualise d'adresses web incontournables en matière de sécurité, ainsi qu'un index détaille, completent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