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circuits 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 M.C/ Merzouk, Sabiha/ Amarouche, Abdelouahab/ </w:t>
            </w:r>
          </w:p>
        </w:tc>
      </w:tr>
      <w:tr>
        <w:trPr>
          <w:trHeight w:val="567"/>
        </w:trPr>
        <w:tc>
          <w:tcPr>
            <w:tcW w:type="dxa" w:w="3000"/>
          </w:tcPr>
          <w:p>
            <w:r>
              <w:t>Adresse bib.</w:t>
            </w:r>
          </w:p>
        </w:tc>
        <w:tc>
          <w:tcPr>
            <w:tcW w:type="dxa" w:w="7000"/>
          </w:tcPr>
          <w:p>
            <w:r>
              <w:t xml:space="preserve">Eurl Pages Bleues Internationales/ </w:t>
            </w:r>
          </w:p>
        </w:tc>
      </w:tr>
      <w:tr>
        <w:trPr>
          <w:trHeight w:val="567"/>
        </w:trPr>
        <w:tc>
          <w:tcPr>
            <w:tcW w:type="dxa" w:w="3000"/>
          </w:tcPr>
          <w:p>
            <w:r>
              <w:t>Nombre de Pages</w:t>
            </w:r>
          </w:p>
        </w:tc>
        <w:tc>
          <w:tcPr>
            <w:tcW w:type="dxa" w:w="7000"/>
          </w:tcPr>
          <w:p>
            <w:r>
              <w:t>133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15 cm</w:t>
            </w:r>
          </w:p>
        </w:tc>
      </w:tr>
      <w:tr>
        <w:trPr>
          <w:trHeight w:val="567"/>
        </w:trPr>
        <w:tc>
          <w:tcPr>
            <w:tcW w:type="dxa" w:w="3000"/>
          </w:tcPr>
          <w:p>
            <w:r>
              <w:t>Collection</w:t>
            </w:r>
          </w:p>
        </w:tc>
        <w:tc>
          <w:tcPr>
            <w:tcW w:type="dxa" w:w="7000"/>
          </w:tcPr>
          <w:p>
            <w:r>
              <w:t>Cahiers du savoir(N°:None)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9789961734459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circuits intégrés/ méthodologie circuits/ </w:t>
            </w:r>
          </w:p>
        </w:tc>
      </w:tr>
    </w:tbl>
    <w:p>
      <w:pPr>
        <w:pStyle w:val="Heading3"/>
      </w:pPr>
      <w:r>
        <w:t>Résumé :</w:t>
      </w:r>
    </w:p>
    <w:p>
      <w:r>
        <w:t>les circuits logiques sont à la base de tout matériel électronique, en particulier les ordinateurs. Nous ne pouvons pas comprendre la structure ni le fonctionnement d'une machine électronique sans comprendre fonctionnement de ses circuits logiques se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