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Zoologie. V2, Vertébrés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Grassé, Pierre Paul/ </w:t>
            </w:r>
          </w:p>
        </w:tc>
      </w:tr>
      <w:tr>
        <w:trPr>
          <w:trHeight w:val="567"/>
        </w:trPr>
        <w:tc>
          <w:tcPr>
            <w:tcW w:type="dxa" w:w="3000"/>
          </w:tcPr>
          <w:p>
            <w:r>
              <w:t>Edition</w:t>
            </w:r>
          </w:p>
        </w:tc>
        <w:tc>
          <w:tcPr>
            <w:tcW w:type="dxa" w:w="7000"/>
          </w:tcPr>
          <w:p>
            <w:r>
              <w:t>3e.éd.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2100053981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Vertébrés/ </w:t>
            </w:r>
          </w:p>
        </w:tc>
      </w:tr>
    </w:tbl>
    <w:p>
      <w:pPr>
        <w:pStyle w:val="Heading3"/>
      </w:pPr>
      <w:r>
        <w:t>Résumé :</w:t>
      </w:r>
    </w:p>
    <w:p>
      <w:r>
        <w:t>Ce livre de synthèse allie, dans un langage accessible à tous, clarté et rigueur. Il présente l'essentiel des données anatomiques, physiologiques et éthologiques sur les Vertébrés. La définition précise des embranchements, classes et sous-classes se poursuit par l'analyse des plans d'organisation, la description des caractères généraux et l'exposé de la systématique actuellement admise. Cet ouvrage s'adresse en particulier aux étudiants des premiers cycles (DEUG SV et classes préparatoires BCPST) et des licences de biologie, ainsi qu'aux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