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digitale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Cabanis, Pierre/ Bernier, Emmanuel/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187 p.</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204015941X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Electronique numérique/ compteur binaire/ </w:t>
            </w:r>
          </w:p>
        </w:tc>
      </w:tr>
    </w:tbl>
    <w:p>
      <w:pPr>
        <w:pStyle w:val="Heading3"/>
      </w:pPr>
      <w:r>
        <w:t>Résumé :</w:t>
      </w:r>
    </w:p>
    <w:p>
      <w:r>
        <w:t>L’ouvrage Électronique digitale – Formation continue est une introduction progressive et concrète à l’électronique numérique, conçue pour les adultes en formation, techniciens, enseignants ou autodidactes. Il couvre les principes fondamentaux de la logique digitale, depuis les portes logiques élémentaires jusqu’aux architectures de microprocesseurs et aux automates programmables.</w:t>
        <w:br/>
        <w:br/>
        <w:br/>
        <w:br/>
        <w:t>Avec un ton pédagogique et une structure claire, l’auteur guide le lecteur à travers des chapitres courts, chacun orienté vers un concept pratique ou une application directe : circuits combinatoires, bascules, compteurs, mémoires, traitements arithmétiques, langages d’assemblage, etc. Le style est accessible même sans formation préalable poussée, grâce à de nombreux exemples et schémas explicatifs.</w:t>
        <w:br/>
        <w:br/>
        <w:br/>
        <w:br/>
        <w:t>L’objectif est de rendre l’électronique numérique compréhensible et exploitable dans un contexte professionnel, notamment dans les domaines de l’automatisation, de la maintenance industrielle, ou de la conception de systèmes embarqués.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