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Répertoire des brochages des composants électroniques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Chauveau, Jean Claude/ </w:t>
            </w:r>
          </w:p>
        </w:tc>
      </w:tr>
      <w:tr>
        <w:trPr>
          <w:trHeight w:val="567"/>
        </w:trPr>
        <w:tc>
          <w:tcPr>
            <w:tcW w:type="dxa" w:w="3000"/>
          </w:tcPr>
          <w:p>
            <w:r>
              <w:t>Adresse bib.</w:t>
            </w:r>
          </w:p>
        </w:tc>
        <w:tc>
          <w:tcPr>
            <w:tcW w:type="dxa" w:w="7000"/>
          </w:tcPr>
          <w:p>
            <w:r>
              <w:t xml:space="preserve">Casteilla-Éducalivre/ </w:t>
            </w:r>
          </w:p>
        </w:tc>
      </w:tr>
      <w:tr>
        <w:trPr>
          <w:trHeight w:val="567"/>
        </w:trPr>
        <w:tc>
          <w:tcPr>
            <w:tcW w:type="dxa" w:w="3000"/>
          </w:tcPr>
          <w:p>
            <w:r>
              <w:t>Nombre de Pages</w:t>
            </w:r>
          </w:p>
        </w:tc>
        <w:tc>
          <w:tcPr>
            <w:tcW w:type="dxa" w:w="7000"/>
          </w:tcPr>
          <w:p>
            <w:r>
              <w:t>253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Numéro d'Identification</w:t>
            </w:r>
          </w:p>
        </w:tc>
        <w:tc>
          <w:tcPr>
            <w:tcW w:type="dxa" w:w="7000"/>
          </w:tcPr>
          <w:p>
            <w:r>
              <w:t>2713516463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brochage composants électroniques/ circuits analogiques/ </w:t>
            </w:r>
          </w:p>
        </w:tc>
      </w:tr>
    </w:tbl>
    <w:p>
      <w:pPr>
        <w:pStyle w:val="Heading3"/>
      </w:pPr>
      <w:r>
        <w:t>Résumé :</w:t>
      </w:r>
    </w:p>
    <w:p>
      <w:r>
        <w:t>Le répertoire des brochages des composants electroniques est un ouvrage de référence technique destiné aux techniciens, electroniciens, etudiants, bricoleurs et ingénieurs. il propose une présentation claire et synthétique des brochages (connexions internes) de nombreux composants electroniques standards, indispensables pour la conception, l’entretien ou la réparation de circuits.le livre est organisé en plusieurs grandes familles de composants :</w:t>
        <w:br/>
        <w:br/>
        <w:t>1.</w:t>
        <w:tab/>
        <w:t>circuits intégrés logiques (ttl, cmos, etc.)</w:t>
        <w:br/>
        <w:br/>
        <w:t>2.</w:t>
        <w:tab/>
        <w:t>circuits analogiques</w:t>
        <w:br/>
        <w:br/>
        <w:t>3.</w:t>
        <w:tab/>
        <w:t>transistors</w:t>
        <w:br/>
        <w:br/>
        <w:t>4.</w:t>
        <w:tab/>
        <w:t>triacs, thyristors et autres composants de puissance</w:t>
        <w:br/>
        <w:br/>
        <w:t>le contenu est généralement présenté sous forme de tableaux, schémas et dessins de brochages pour une consultation rapide et efficace. il est pensé comme un outil pratique au quotidien dans les travaux de prototypage, de dépannage ou de vérification.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