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Maya 4.5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Petitot, Luc/ Salvatori, Olivier/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759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221211186X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maya (logiciel)/ modélisation 3D/ </w:t>
            </w:r>
          </w:p>
        </w:tc>
      </w:tr>
    </w:tbl>
    <w:p>
      <w:pPr>
        <w:pStyle w:val="Heading3"/>
      </w:pPr>
      <w:r>
        <w:t>Résumé :</w:t>
      </w:r>
    </w:p>
    <w:p>
      <w:r>
        <w:t>Ce manuel s’adresse aux créateurs d’animations 3D (films, jeux vidéo, effets spéciaux). Il adopte une approche pédagogique et professionelle, centrée sur la pratique avec des ateliers très illustrés. Luc Petitot, formateur certifié Maya et expert effets spéciaux, guide le lecteur depuis la découverte de l’interface jusqu’à l’utilisation des modules avancés de Maya 4.5 (Unlimited)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