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Évolution synthèse des faits et théories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Brondex, Francine/ Capy,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p.p.169-175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9782100082018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générale, sciences de la vie/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théories de l’évolution/ sélection naturelle/ spéciation/ </w:t>
            </w:r>
          </w:p>
        </w:tc>
      </w:tr>
    </w:tbl>
    <w:p>
      <w:pPr>
        <w:pStyle w:val="Heading3"/>
      </w:pPr>
      <w:r>
        <w:t>Résumé :</w:t>
      </w:r>
    </w:p>
    <w:p>
      <w:r>
        <w:t>L’ouvrage présente l’ensemble des connaissances relatives à l’Évolution, enseignées dès le 1er cycle : les théories sont expliquées et discutées sur la base des acquis les plus récents ; les méthodes d’études actuelles (phylogénie, écologie évolutive ... ) sont décrites et illustrées. A la fin de chaque chapitre un résumé permet d’aller à l’essentiel et des questions de révision permettent de se tester. Un glossaire regroupe en fin d'ouvrage les définitions des termes les plus importants.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