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UE2,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Rouzet,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9782729883607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complet traite l’intégralité du programme de l’UE2 de PACES.</w:t>
        <w:br/>
        <w:br/>
        <w:t>• Rappels des fondamentaux de Terminale</w:t>
        <w:br/>
        <w:br/>
        <w:t>• Méthodologie pour la PACES</w:t>
        <w:br/>
        <w:br/>
        <w:t>• L’intégralité du cours au programme</w:t>
        <w:br/>
        <w:br/>
        <w:t>• QCM d’entraînement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