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fabuleuse odyssée des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Allorge,Lucile/ Ikor,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J.-C. Lattès/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p-p  703-709. Index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