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Principles of optical communications and opto‑electronics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Saraswathi, Bala N./ Kumar, Ravi I./ </w:t>
            </w:r>
          </w:p>
        </w:tc>
      </w:tr>
      <w:tr>
        <w:trPr>
          <w:trHeight w:val="567"/>
        </w:trPr>
        <w:tc>
          <w:tcPr>
            <w:tcW w:type="dxa" w:w="3000"/>
          </w:tcPr>
          <w:p>
            <w:r>
              <w:t>Adresse bib.</w:t>
            </w:r>
          </w:p>
        </w:tc>
        <w:tc>
          <w:tcPr>
            <w:tcW w:type="dxa" w:w="7000"/>
          </w:tcPr>
          <w:p>
            <w:r>
              <w:t xml:space="preserve">LAXMI publicationsé(P) LTD/ </w:t>
            </w:r>
          </w:p>
        </w:tc>
      </w:tr>
      <w:tr>
        <w:trPr>
          <w:trHeight w:val="567"/>
        </w:trPr>
        <w:tc>
          <w:tcPr>
            <w:tcW w:type="dxa" w:w="3000"/>
          </w:tcPr>
          <w:p>
            <w:r>
              <w:t>Nombre de Pages</w:t>
            </w:r>
          </w:p>
        </w:tc>
        <w:tc>
          <w:tcPr>
            <w:tcW w:type="dxa" w:w="7000"/>
          </w:tcPr>
          <w:p>
            <w:r>
              <w:t>305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 p.p. 301-306</w:t>
            </w:r>
          </w:p>
        </w:tc>
      </w:tr>
      <w:tr>
        <w:trPr>
          <w:trHeight w:val="567"/>
        </w:trPr>
        <w:tc>
          <w:tcPr>
            <w:tcW w:type="dxa" w:w="3000"/>
          </w:tcPr>
          <w:p>
            <w:r>
              <w:t>Numéro d'Identification</w:t>
            </w:r>
          </w:p>
        </w:tc>
        <w:tc>
          <w:tcPr>
            <w:tcW w:type="dxa" w:w="7000"/>
          </w:tcPr>
          <w:p>
            <w:r>
              <w:t>8170085616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transmission optique/ communication guidée/ </w:t>
            </w:r>
          </w:p>
        </w:tc>
      </w:tr>
    </w:tbl>
    <w:p>
      <w:pPr>
        <w:pStyle w:val="Heading3"/>
      </w:pPr>
      <w:r>
        <w:t>Résumé :</w:t>
      </w:r>
    </w:p>
    <w:p>
      <w:r>
        <w:t>The book 'Principles of Optical Communication &amp; Opto Electronics' has been written for the students of Final Year B.E/B.Tech. ECE of Anna Univeristy, UPTU, VTU, Rajiv Gandhi Proudyogiki Vishwavidyalaya, Bhopal, MNIT Deemed University, Andhra University, Acharya Nagarjuna University, JNTU, A.P., GGS Indraprastha University, Delhi, Allahabad University and other Universities strictly as per the revised syllabi. It contains fifteen chapters in all covering various topics concerning the subject, Optical Communication and Opto-Electronics.Salient Features:* Covers the complete revised syllabus of Final Year B.E/B.Tech. of most Indian Universities.* Each chapter of book is saturated with much needed text supported by neat and self-explanatory diagrams to make the subject self-speaking to a great extent.* Simple and Lucid style.* Numerous solved problems and Review Questions are added at the end of each chapter.* Complete mathematical steps.* No other reference is required. Table Of Contents : 1. Elemental and Compound Semiconductors; 2. Optical Process in Semiconductors; 3. Optical Fibres, 4. Attenuation in Optical Fibres; 5. Optical Fibre Fabrication and Cabling; 6. Optical Sources; 7. Optical Detectors; 8. Special Detection Schemes; 9. Solar Cells; 10. Power Launching and Coupling; 11. Digital Transmission System; 12. Opto-Electronics Modulators, Switching Devices and OEICs; 13. Fibre Optic Transmistters and Receivers; 14. Unguided Optical Communication Systems; 15. Applications of Opto-Electronic Devices and Measurements About Author : N.Bala Saraswathi and I.Ravi Kumar obtained their B.E. in Electronics &amp; Communication Engg., from Arulmigu Meenakshi Amman College of Engg, near Kancheepuram and M.E./M.Tech. from Anna University, Chennai and VMRFD University Salem. N. Bala Saraswathi is working as Senior Lecturer in the Department of Electronics &amp; Communication engg., in Thiruvalluvar College of Engineering &amp; Technology, Vandavasi and I.Ravi Kumar is working as Senior Lecturer in the Department of Electronics &amp; Communication Engg. in Jaya Engineering College, Thiruninravur, near Chennai. Their areas of interest include Optical Communication, Communication Engineering, Digital Signal Processing, RADAR, Digital Electronics, Systems Software.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