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biologie cellulaire en 1001 QCM et QROC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Cailliez, Jean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réviser le cours de biologie cellulaire, mais aussi de cerner les bases nécessaires à la bonne compréhension des cours de biologie moléculaire et de génétique. Il se révèle particulièrement utile à la préparation des examens et concours d'entrée en grandes écoles et formations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