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géologie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Encodeuse, Julie/ Ferroir, Tristan/ Guipponi, Olivier/ </w:t>
            </w:r>
          </w:p>
        </w:tc>
      </w:tr>
      <w:tr>
        <w:trPr>
          <w:trHeight w:val="567"/>
        </w:trPr>
        <w:tc>
          <w:tcPr>
            <w:tcW w:type="dxa" w:w="3000"/>
          </w:tcPr>
          <w:p>
            <w:r>
              <w:t>Adresse bib.</w:t>
            </w:r>
          </w:p>
        </w:tc>
        <w:tc>
          <w:tcPr>
            <w:tcW w:type="dxa" w:w="7000"/>
          </w:tcPr>
          <w:p>
            <w:r>
              <w:t xml:space="preserve">Éd. Tec &amp; doc/ </w:t>
            </w:r>
          </w:p>
        </w:tc>
      </w:tr>
      <w:tr>
        <w:trPr>
          <w:trHeight w:val="567"/>
        </w:trPr>
        <w:tc>
          <w:tcPr>
            <w:tcW w:type="dxa" w:w="3000"/>
          </w:tcPr>
          <w:p>
            <w:r>
              <w:t>Nombre de Pages</w:t>
            </w:r>
          </w:p>
        </w:tc>
        <w:tc>
          <w:tcPr>
            <w:tcW w:type="dxa" w:w="7000"/>
          </w:tcPr>
          <w:p>
            <w:r>
              <w:t>565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9782743013745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biologie cellulaire./ génétique moléculaire/ biotechnologie/ </w:t>
            </w:r>
          </w:p>
        </w:tc>
      </w:tr>
    </w:tbl>
    <w:p>
      <w:pPr>
        <w:pStyle w:val="Heading3"/>
      </w:pPr>
      <w:r>
        <w:t>Résumé :</w:t>
      </w:r>
    </w:p>
    <w:p>
      <w:r>
        <w:t>Le nouveau M et A Biologie - Géologie 2e année BCPST-VETO. Pour acquérir l'essentiel si vous éprouvez des difficultés à mémoriser les points fondamentaux du cours ou si vous n'avez pas l'impression de posséder les bons réflexes... Le nouveau M et A Biologie - Géologie 2e année BCPST-VETO vous propose une approche plus claire et plus directe grâce à sa partie Méthodes. Chaque chapitre y présente les points du cours à retenir sous forme de grandes questions et les savoir-faire clefs sous forme d'expériences historiques, de méthodes expérimentales, d'exercices types et de schémas-bilan de cours.</w:t>
        <w:br/>
        <w:br/>
        <w:t>C'est la certitude non seulement d'apprendre mais aussi de comprendre. Pour s'exercer tout au long de l'année, si vous n'avez pas trouvé la bonne méthode de travail ou si vous avez du mal à passer de l'assimilation du cours à sa restitution... Le nouveau M et A Biologie - Géologie 2e année BCPST-VETO vous aide à mettre en pratique vos connaissances au fil des mois et à vous entraîner sur des questions d'écrit ou d'oral grâce à sa partie Annales (plans types, tableaux de khôlle, travaux pratiques fondamentaux).</w:t>
        <w:br/>
        <w:br/>
        <w:t>C'est la garantie d'une progression continue. Pour arriver fin prêt aux concours, si vous vous sentez perdu devant les recueils d'annales bruts ou si vous avez besoin d'explications précises et d'exemples pour bien comprendre comment rédiger un sujet de concours... Le nouveau M et A Biologie - Géologie 2e année BCPST-VETO vous offre des corrigés détaillés pas à pas et un panel d'indications complémentaires : techniques à privilégier, pièges à éviter...</w:t>
        <w:br/>
        <w:br/>
        <w:t>C'est l'assurance d'une assimilation en profondeur.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