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Traitement numérique du signal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Blanchet, Gérard/ Charbit, Maurice/ </w:t>
            </w:r>
          </w:p>
        </w:tc>
      </w:tr>
      <w:tr>
        <w:trPr>
          <w:trHeight w:val="567"/>
        </w:trPr>
        <w:tc>
          <w:tcPr>
            <w:tcW w:type="dxa" w:w="3000"/>
          </w:tcPr>
          <w:p>
            <w:r>
              <w:t>Adresse bib.</w:t>
            </w:r>
          </w:p>
        </w:tc>
        <w:tc>
          <w:tcPr>
            <w:tcW w:type="dxa" w:w="7000"/>
          </w:tcPr>
          <w:p>
            <w:r>
              <w:t xml:space="preserve">Hermes/ </w:t>
            </w:r>
          </w:p>
        </w:tc>
      </w:tr>
      <w:tr>
        <w:trPr>
          <w:trHeight w:val="567"/>
        </w:trPr>
        <w:tc>
          <w:tcPr>
            <w:tcW w:type="dxa" w:w="3000"/>
          </w:tcPr>
          <w:p>
            <w:r>
              <w:t>Nombre de Pages</w:t>
            </w:r>
          </w:p>
        </w:tc>
        <w:tc>
          <w:tcPr>
            <w:tcW w:type="dxa" w:w="7000"/>
          </w:tcPr>
          <w:p>
            <w:r>
              <w:t>319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286601667X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transformée de Fourier discrète (DFT)/ traitement temps réel/ Visualisation de données/ </w:t>
            </w:r>
          </w:p>
        </w:tc>
      </w:tr>
    </w:tbl>
    <w:p>
      <w:pPr>
        <w:pStyle w:val="Heading3"/>
      </w:pPr>
      <w:r>
        <w:t>Résumé :</w:t>
      </w:r>
    </w:p>
    <w:p>
      <w:r>
        <w:t>Ce livre, rédigé par Gérard Blanchet et Maurice Charbit, propose une introduction rigoureuse et progressive au traitement numérique du signal, en mettant l'accent sur les applications concrètes à l’aide de l’environnement Matlab. Il aborde les fondements du signal numérique, tels que l’échantillonnage, la quantification et l’aliasing, avant de développer les outils classiques d’analyse, comme la transformée de Fourier discrète (DFT), les filtres numériques (FIR, IIR) et les méthodes d’analyse spectrale. Le fonctionnement des systèmes linéaires à temps discret est également traité, notamment à travers les notions de stabilité, causalité et équations aux différences. L’originalité de l’ouvrage réside dans l’intégration systématique de Matlab, à travers des scripts et simulations permettant de mettre en pratique les concepts abordés. Des études de cas viennent illustrer des situations réelles comme le traitement de signaux audio, la suppression de bruit, ou encore l’utilisation de filtres adaptatifs. Conçu à la fois pour les étudiants en électronique, informatique ou télécoms, ainsi que pour les ingénieurs et chercheurs débutants, ce livre constitue une excellente porte d’entrée dans l’univers du traitement numérique du signal, en combinant théorie et mise en œuvre concrète via Matlab.</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