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Réception TV numérique et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XVII-276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2100068857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télévision analogique/ télévision numérique/ DVB-S / DVB-C / DVB-T/ </w:t>
            </w:r>
          </w:p>
        </w:tc>
      </w:tr>
    </w:tbl>
    <w:p>
      <w:pPr>
        <w:pStyle w:val="Heading3"/>
      </w:pPr>
      <w:r>
        <w:t>Résumé :</w:t>
      </w:r>
    </w:p>
    <w:p>
      <w:r>
        <w:t>Ce livre de René Besson propose une vue d'ensemble claire et pédagogique sur les techniques de réception télévisuelle, depuis les systèmes analogiques traditionnels jusqu'aux technologies numériques modernes. Il explique d’abord les bases de la transmission analogique, les types de modulations utilisées, les équipements classiques (antennes, paraboles) ainsi que les limitations propres à ces systèmes. Ensuite, l’auteur introduit les fondements de la télévision numérique, notamment la compression des flux audio-vidéo (MPEG-2/MPEG-4), le multiplexage, et les normes de diffusion comme DVB. Les chapitres consacrés à la réception par satellite, par câble et par voie hertzienne numérique (TNT) détaillent les architectures, les fréquences, les décodeurs et les standards spécifiques à chaque technologie. L’ouvrage aborde également les premières formes de télévision via Internet (WebTV), en présentant les protocoles et les évolutions technologiques de la convergence numérique. Enfin, des applications concrètes sont présentées, comme le réglage d’antennes, l’installation de systèmes de réception, ou encore l’interprétation des normes techniques. Destiné aux étudiants, techniciens et amateurs éclairés, ce guide constitue une référence utile pour comprendre l’évolution des systèmes de diffusion télévisuelle et maîtriser les principes techniques de leur réception.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