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et systèmes électroniques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Cathey, Jimmie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Schaum's(N°:None)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210006939X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diodes à semi-conducteur/ amplificateurs opérationnels/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l'ensemble des notions de base utilisées en électronique : analyse des circuits électriques, systèmes électroniques à transistors, amplificateurs opérationnels... 350 exercices et problèmes résolus illustrent les concepts étudiés et des programmes SPICE permettent au lecteur de simuler le fonctionnement des circuits étudiés. Sommaire : Méthodes d'étude des circuits électriques - Dipôles et quadripôles; Les diodes à semi-conducteurs; Caractéristiques des transistors bipolaires à jonction; Caractéristiques des transistors à effet de champ et des triodes; Étude approfondie des méthodes de polarisation des transistors; Amplificateurs à transistors bipolaires en régime de petits signaux moyenne fréquence,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