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des signaux et acquisition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Cottet,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339-344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2100034286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des signaux analogiques/ modulation et filtrage analogique/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principales caractéristiques de la conception puis de la réalisation d'une chaîne de mesures d'un procédé physique. La première partie décrit le traitement des signaux analogiques ( les exercices sont actualisés et le chapitre 6 augmenté). La deuxième partie est consacrée au traitement des signaux numériques (le chapitre 9 sur les filtres a été revu). Enfin la troisième partie traite du choix de la mise en oeuvre d'une chaîne de mesures (cette partie sur l'acquisition de données est actualisée). Sommaire : Le traitement des signaux analogiques : Représentation des signaux, Transformation de Fourier, Systèmes de transmission, Filtrage des signaux analogiques, La modulation, Signaux aléatoires. bruit; Le traitement des signaux numériques : Numérisation des signaux, Analyse spectrale des signaux discrets; Les bases de l'acquisition de données : Les chaînes d'acquisition de données, Les entrées/sorties numériques, Les entrées/sorties analogiques, La mise en oeuvre d'une chaîne d'acquisition de données,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