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Photoshop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Bouton, Gary David/ Bouton, Barbara Mancuso/ Kubicek, Gary/ Muteau, Mélanie/ Salmandjee, Yasmina/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campus(N°:None)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820- 833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2744011142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adobe photoshop (logiciel)/ création web/ </w:t>
            </w:r>
          </w:p>
        </w:tc>
      </w:tr>
    </w:tbl>
    <w:p>
      <w:pPr>
        <w:pStyle w:val="Heading3"/>
      </w:pPr>
      <w:r>
        <w:t>Résumé :</w:t>
      </w:r>
    </w:p>
    <w:p>
      <w:r>
        <w:t>Cet ouvrage va vous permettre de vous initier ou de vous perfectionner à la modification d'image avec Photoshop 6, depuis la retouche de documents abîmés jusqu'à la création d'effets spéciaux. Vous découvrirez toutes les nouveautés de cette dernière version : la gestion des couleurs, l'éditeur de dégradés, l'outil texte, entre autres, qui ont été entièrement repensés pour vous faire gagner en rapidité et en efficacité.Grâce à de nombreux exemples et illustrations, vous découvrirez comment personnaliser l'interface, définir vos profils colométriques, et utiliser de façon optimale les calques et les sélections. Avec ImageReady, vous apprendrez à optimiser vos images pour le Web, créer des rollovers, des petites animations, et à modifier le script HTML d'une page pour l'améliorer.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