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Techniques et applications de la recherche opérationnelle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Martel, Alain/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2ème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Gaetan Morin/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609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23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2891050185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004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recherche opérationnelle/ programmation linaire/ </w:t>
            </w:r>
          </w:p>
        </w:tc>
      </w:tr>
    </w:tbl>
    <w:p>
      <w:pPr>
        <w:pStyle w:val="Heading3"/>
      </w:pPr>
      <w:r>
        <w:t>Résumé :</w:t>
      </w:r>
    </w:p>
    <w:p>
      <w:r>
        <w:t>Ce livre s'adresse principalement à des étudiants de premier et deuxième cycle en administration, en génie ou en économique, il peut aussi être aussi utilisé comme cours d'introduction à la recherche opérationnelle au sein d'une foule d'autres programmes.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