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Parker, Tim/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2744005819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langage fortran/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à ceux qui souhaitent devenir experts de Linux :</w:t>
        <w:br/>
        <w:br/>
        <w:t>🔧 Installation &amp; configuration : tout ce qu’il faut savoir pour installer Linux, configurer le bootloader et l’interface graphique X.</w:t>
        <w:br/>
        <w:br/>
        <w:t>🧩 Gestion avancée du hardware : configuration de disques, pilotes, lecteurs et périphériques audio, réseau, etc.</w:t>
        <w:br/>
        <w:br/>
        <w:t>👥 Administration système : administration des utilisateurs, des permissions, du démarrage/arrêt, gestion des processus et des ressources.</w:t>
        <w:br/>
        <w:br/>
        <w:t>🌐 Fonctionnalités expertes : serveur SMTP, FTP, Internet, outils de programmation (C, C++, Fortran…), sécurité, etc., installés à partir du CD-ROM joint (Red Hat 5.2 et outils variés)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