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signaux et acquisition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 Francis/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388-392</w:t>
            </w:r>
          </w:p>
        </w:tc>
      </w:tr>
      <w:tr>
        <w:trPr>
          <w:trHeight w:val="567"/>
        </w:trPr>
        <w:tc>
          <w:tcPr>
            <w:tcW w:type="dxa" w:w="3000"/>
          </w:tcPr>
          <w:p>
            <w:r>
              <w:t>Numéro d'Identification</w:t>
            </w:r>
          </w:p>
        </w:tc>
        <w:tc>
          <w:tcPr>
            <w:tcW w:type="dxa" w:w="7000"/>
          </w:tcPr>
          <w:p>
            <w:r>
              <w:t>9782100525386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acquisition de données/ 199/ </w:t>
            </w:r>
          </w:p>
        </w:tc>
      </w:tr>
    </w:tbl>
    <w:p>
      <w:pPr>
        <w:pStyle w:val="Heading3"/>
      </w:pPr>
      <w:r>
        <w:t>Résumé :</w:t>
      </w:r>
    </w:p>
    <w:p>
      <w:r>
        <w:t>Cet ouvrage présente les principales caractéristiques de la conception puis de la réalisation d'une chaîne de mesures d'un procédé physique. Il s'adresse aux étudiants en master et en écoles d'ingénieur. La première partie décrit le traitement des signaux analogiques. La deuxième partie est consacrée au traitement des signaux numériques. Enfin la troisième partie traite du choix et de la mise en oeuvre d'une chaîne de mesures. De nombreux exercices et problèmes résolus complètent chaque chapitre. Dans cette troisième édition, de nombreux exemples réels d'utilisation des techniques de traitement du signal (exemples industriels, de laboratoires, ou de travaux pratiques) et des exercices ont été ajoutés afin de renforcer la dimension «application»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