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Dépannage PC et windows 95-98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Pavie, Olivier/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Campus Press France/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631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Des tonnes de trucs(N°:None)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613-631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2744007749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PC (ordinateur)/ microsoft windows (logiciel)/ </w:t>
            </w:r>
          </w:p>
        </w:tc>
      </w:tr>
    </w:tbl>
    <w:p>
      <w:pPr>
        <w:pStyle w:val="Heading3"/>
      </w:pPr>
      <w:r>
        <w:t>Résumé :</w:t>
      </w:r>
    </w:p>
    <w:p>
      <w:r>
        <w:t>Ce manuel complet et illustré cible les débutants comme les utilisateurs avancés souhaitant prendre en main leur PC sous Windows 95/98. Il sert à la fois de guide pratique pour :</w:t>
        <w:br/>
        <w:br/>
        <w:t>Mettre à niveau le matériel : mémoire, carte graphique, disque dur, lecteurs, modem, cartes SCSI et audio.</w:t>
        <w:br/>
        <w:br/>
        <w:t>Comprendre et mettre à jour le BIOS, essentiel pour le bon fonctionnement et l’optimisation de la machine.</w:t>
        <w:br/>
        <w:br/>
        <w:t>Diagnostiquer et résoudre des pannes matérielles, allant des plus simples aux plus complexes.</w:t>
        <w:br/>
        <w:br/>
        <w:t>Traiter les problèmes logiciels, y compris sauvegarde de la base de registre, opérations DOS avancées, et préparation de disques bootables.</w:t>
        <w:br/>
        <w:br/>
        <w:t>Introduire des concepts-clefs du réseau Internet, apportant un éclairage utile pour la connexion et la configuration réseau.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