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Cellules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Labouret, Anne/ Cumunel, Pascal/ Braun, Jean-Paul/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VI-129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9782100545667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énergie photovoltaïque/ cellule solaire/ </w:t>
            </w:r>
          </w:p>
        </w:tc>
      </w:tr>
    </w:tbl>
    <w:p>
      <w:pPr>
        <w:pStyle w:val="Heading3"/>
      </w:pPr>
      <w:r>
        <w:t>Résumé :</w:t>
      </w:r>
    </w:p>
    <w:p>
      <w:r>
        <w:t>Ce livre propose une introduction claire, progressive et rigoureuse au fonctionnement des cellules solaires et à l’énergie photovoltaïque dans son ensemble. Il couvre les principes physiques de base, les technologies de cellules (silicium, couches minces, etc.), les composants des systèmes photovoltaïques, ainsi que les applications pratiques (sites isolés, systèmes autonomes, installations connectées au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