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Escanyé, Jean-Marie/ Durand,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La PACES en QCM(N°:None)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9782729870850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biophysique/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permet de réviser efficacement l’ensemble du cours de Biophysique (UE3) de PACES en s’entraînant régulièrement à l’épreuve des QCM.</w:t>
        <w:br/>
        <w:br/>
        <w:t>Il est un outil indispensable à l’évaluation de ses connaissances et de son degré de compréhension du cours. Les chapitres abordés comprennent au total plus de 300 questions et réponses commentées.</w:t>
        <w:br/>
        <w:br/>
        <w:t>Ce livre vous permettra :</w:t>
        <w:br/>
        <w:br/>
        <w:t>• de réviser régulièrement les notions fondamentales du cours et d’évaluer vos connaissances en biophysique ;</w:t>
        <w:br/>
        <w:br/>
        <w:t>• de préparer sérieusement les examens et les concours d’entrée ;</w:t>
        <w:br/>
        <w:br/>
        <w:t>• de compléter et d’améliorer vos supports de révision grâce à l’ensemble des mots-clés que vous retrouverez dans ces exercices.</w:t>
        <w:br/>
        <w:br/>
        <w:t>Il est destiné aux étudiants en premier cycle des études de santé (PACES), aux élèves de licence de sciences de la vie et de toute formation dans les sciences du vivant.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