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Biophysique : les formules de la réussite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Bibas, Steeven/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Vernazobres-Grego/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Réflexe PACES(N°:None)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9782818314647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biophysique/ </w:t>
            </w:r>
          </w:p>
        </w:tc>
      </w:tr>
    </w:tbl>
    <w:p>
      <w:pPr>
        <w:pStyle w:val="Heading3"/>
      </w:pPr>
      <w:r>
        <w:t>Résumé :</w:t>
      </w:r>
    </w:p>
    <w:p>
      <w:r>
        <w:t>« Biophysique : les formules de la réussite » est un outil de révision stratégique conçu pour les étudiants en sciences de la vie et en santé (PASS, LAS, PACES). L’ouvrage met l’accent sur les formules fondamentales à connaître en biophysique, en les expliquant clairement et en les illustrant par des applications concrètes et des QCM ciblés. Il couvre les grands domaines de la biophysique – mécanique, thermodynamique, électricité, fluides, ondes, rayonnements – avec une approche synthétique, pratique et efficace. Idéal pour les révisions de dernière minute, les fiches résumées et les exercices permettent d’ancrer les connaissances et de s’entraîner aux examens.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