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Cottet,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265-269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9782100565443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de fourier/ classification des signaux/ </w:t>
            </w:r>
          </w:p>
        </w:tc>
      </w:tr>
    </w:tbl>
    <w:p>
      <w:pPr>
        <w:pStyle w:val="Heading3"/>
      </w:pPr>
      <w:r>
        <w:t>Résumé :</w:t>
      </w:r>
    </w:p>
    <w:p>
      <w:r>
        <w:t>L'ouvrage est composé de deux grandes le traitement des signa</w:t>
        <w:br/>
        <w:br/>
        <w:t>ux analogiques et le traitement des signaux numériques. L'aspect "théo</w:t>
        <w:br/>
        <w:br/>
        <w:t>rie du signal" est limité au strict nécessaire pour la compréhension d</w:t>
        <w:br/>
        <w:br/>
        <w:t>es modèles utilisés et les bases mathématiques indispensables sont rap</w:t>
        <w:br/>
        <w:br/>
        <w:t>pelées en annexe. Cette seconde édition, revue et actualisée, comporte</w:t>
        <w:br/>
        <w:br/>
        <w:t>deux nouveaux chapitres axés sur la mise en oeuvre et les application</w:t>
        <w:br/>
        <w:br/>
        <w:t>s du traitement du signal.</w:t>
        <w:br/>
        <w:br/>
        <w:t>Au</w:t>
        <w:br/>
        <w:br/>
        <w:t>Partie 1: Le traitement des signaux Chapitre 1: Définitio</w:t>
        <w:br/>
        <w:br/>
        <w:t>ns et représentation des signaux; Chapitre 2: Transformations de Fouri</w:t>
        <w:br/>
        <w:br/>
        <w:t>er; Chapitre 3: Systèmes de transmission. Filtrage; Chapitre 4: Modula</w:t>
        <w:br/>
        <w:br/>
        <w:t>tion des signaux; Chapitre 5: Signaux aléatoires. Bruit. Partie 2: Le</w:t>
        <w:br/>
        <w:br/>
        <w:t>traitement des signaux numé Chapitre 6: Numérisation des signau</w:t>
        <w:br/>
        <w:br/>
        <w:t>x; Chapitre 7: Analyse spectrale des signaux discrets; Chapitre 8: Fil</w:t>
        <w:br/>
        <w:br/>
        <w:t>trage numérique; Chapitre 9: Mise en oeuvre du traitement du signal; C</w:t>
        <w:br/>
        <w:br/>
        <w:t>hapitre 10: Exemples d'applications.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