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électronique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Clément, Sylvain/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2100050095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régime transitoire/ </w:t>
            </w:r>
          </w:p>
        </w:tc>
      </w:tr>
    </w:tbl>
    <w:p>
      <w:pPr>
        <w:pStyle w:val="Heading3"/>
      </w:pPr>
      <w:r>
        <w:t>Résumé :</w:t>
      </w:r>
    </w:p>
    <w:p>
      <w:r>
        <w:t>Ce livre est une introduction à l'électronique analogique. Après avoir introduit simplement les notions physiques et mathématiques indispensables, il présente, à l'aide de nombreux schémas, les différents circuits et régimes électriques de l'amplificateur opérationnel et de ses principales applications, des diodes et des transistors et de leurs principaux montages, pour terminer par l'amplificateur opérationnel réel. Il permet ensuite aux étudiants d'aborder les concepts plus avancés de l'électronique numérique. Il peut également servir dans le cadre d'une " remise à niveau " pour des étudiants ou des professionnels n'ayant pas fait d'électronique depuis longtemps et désirant s'y remettre.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