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génétique moléculaires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Swynghedauw, Bernard/ Silvestre, Jean-Sébastien/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3e.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9782100496280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moléculaire/ thérapie génique/ expression génique/ </w:t>
            </w:r>
          </w:p>
        </w:tc>
      </w:tr>
    </w:tbl>
    <w:p>
      <w:pPr>
        <w:pStyle w:val="Heading3"/>
      </w:pPr>
      <w:r>
        <w:t>Résumé :</w:t>
      </w:r>
    </w:p>
    <w:p>
      <w:r>
        <w:t>Cette 3e édition en 2 couleurs de l'Aide-mémoire de biologie et génétique moléculaires est destinée aux étudiants en L1 ou L2 de Sciences de la vie ainsi qu'aux étudiants de PCEM1 et PHI.</w:t>
        <w:br/>
        <w:br/>
        <w:br/>
        <w:br/>
        <w:t>En deux parties de même importance - biologie moléculaire et génétique -, ce livre rend compte des dernières avancées : parution de la séquence complète du génome humain ; développement de la génomique fonctionnelle, avec d'abord les techniques de protéomique, puis les techniques plus physiologiques ; également diffusion des méthodes dites  qui permettent de pratiquer des analyses globales de l'expression génique de tissus ; apparition d'une biologie intégrée dont l'outil essentiel est le transfert génique ; enfin développement de la génétique moléculaire vers la génétique des populations ou la génétique évolutionniste.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