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et 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Bourgeron, Roger/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2100493566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régulation de tension/ Électronique appliquée/ </w:t>
            </w:r>
          </w:p>
        </w:tc>
      </w:tr>
    </w:tbl>
    <w:p>
      <w:pPr>
        <w:pStyle w:val="Heading3"/>
      </w:pPr>
      <w:r>
        <w:t>Résumé :</w:t>
      </w:r>
    </w:p>
    <w:p>
      <w:r>
        <w:t>Ce livre constitue une vaste compilation de 1905 schémas électroniques couvrant une large gamme d’applications pratiques. Il est organisé en plusieurs grandes catégories de circuits, permettant aux étudiants, techniciens, ingénieurs ou amateurs en électronique de trouver rapidement des solutions concrètes pour leurs projets.</w:t>
        <w:br/>
        <w:br/>
        <w:br/>
        <w:br/>
        <w:t>Les principaux domaines abordés incluent :</w:t>
        <w:br/>
        <w:br/>
        <w:br/>
        <w:br/>
        <w:t>Alimentations (linéaires, à découpage, régulées, etc.)</w:t>
        <w:br/>
        <w:br/>
        <w:br/>
        <w:br/>
        <w:t>Amplificateurs (audio, opérationnels, haute fréquence)</w:t>
        <w:br/>
        <w:br/>
        <w:br/>
        <w:br/>
        <w:t>Oscillateurs et générateurs de signaux</w:t>
        <w:br/>
        <w:br/>
        <w:br/>
        <w:br/>
        <w:t>Filtres actifs et passifs</w:t>
        <w:br/>
        <w:br/>
        <w:br/>
        <w:br/>
        <w:t>Circuits logiques et temporisateurs</w:t>
        <w:br/>
        <w:br/>
        <w:br/>
        <w:br/>
        <w:t>Commandes de moteurs et systèmes de puissance</w:t>
        <w:br/>
        <w:br/>
        <w:br/>
        <w:br/>
        <w:t>Interfaces capteurs/actionneurs</w:t>
        <w:br/>
        <w:br/>
        <w:br/>
        <w:br/>
        <w:t>Circuits de mesure et instrumentation</w:t>
        <w:br/>
        <w:br/>
        <w:br/>
        <w:br/>
        <w:t>Applications audio et vidéo</w:t>
        <w:br/>
        <w:br/>
        <w:br/>
        <w:br/>
        <w:t>Systèmes de communication simples (IR, RF)</w:t>
        <w:br/>
        <w:br/>
        <w:br/>
        <w:br/>
        <w:t>Optoélectronique (LED, photodiodes, phototransistors)</w:t>
        <w:br/>
        <w:br/>
        <w:br/>
        <w:br/>
        <w:t>Protection et sécurité électronique</w:t>
        <w:br/>
        <w:br/>
        <w:br/>
        <w:br/>
        <w:t>Le livre se veut pratique et visuel, avec peu de théorie mais de nombreux schémas fonctionnels prêts à l’emploi, chacun accompagné d’un descriptif succinct du fonctionnement. Il peut être utilisé comme source d’inspiration, base de prototypage ou outil de dépannage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