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Simon/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2100496506</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Biologie moleculaire/ génétique moléculaire/ </w:t>
            </w:r>
          </w:p>
        </w:tc>
      </w:tr>
    </w:tbl>
    <w:p>
      <w:pPr>
        <w:pStyle w:val="Heading3"/>
      </w:pPr>
      <w:r>
        <w:t>Résumé :</w:t>
      </w:r>
    </w:p>
    <w:p>
      <w:r>
        <w:t>Cet ouvrage de biologie moléculaire propose un équilibre pédagogique entre théorie (50 % de cours) et pratique (50 % d’exercices, QCM et annales corrigées). Il couvre les grandes notions de la biologie moléculaire : structure et fonction des acides nucléiques, mécanismes de réplication, transcription, traduction, ainsi que la régulation de l’expression des gènes. Il aborde également les outils modernes de la biotechnologie et de l'ingénierie génétique. Adapté aux étudiants des filières scientifiques et médicales, il permet de réviser efficacement grâce à des exercices variés, des QCM avec correction détaillée et des annales de concours pour s’entraîner dans des conditions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