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Truchot, Jean-Paul/ Dauca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IX-493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2100072803</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physiologie/ Biologie animale/ </w:t>
            </w:r>
          </w:p>
        </w:tc>
      </w:tr>
    </w:tbl>
    <w:p>
      <w:pPr>
        <w:pStyle w:val="Heading3"/>
      </w:pPr>
      <w:r>
        <w:t>Résumé :</w:t>
      </w:r>
    </w:p>
    <w:p>
      <w:r>
        <w:t>Ce manuel présente les données de base de la biologie et de la physiologie animales enseignées en Licence. Le cours, illustré de nombreuses figures est complété d'encarts historiques, techniques, éthiques ou économiques. A la fin de chaque chapitre, un résumé permet d'aller à l'essentiel et des questions de révision, de tester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