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Elémements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Bolgert, P. A./ Olmer, 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courant continu (DC)/ Diode (redresseuse, Zener, LED, photodiode)/ résistance (linéaire, variable)/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