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Hyperréalisme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Monroy, 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247-255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2744009121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photoshop/ photographie/ </w:t>
            </w:r>
          </w:p>
        </w:tc>
      </w:tr>
    </w:tbl>
    <w:p>
      <w:pPr>
        <w:pStyle w:val="Heading3"/>
      </w:pPr>
      <w:r>
        <w:t>Résumé :</w:t>
      </w:r>
    </w:p>
    <w:p>
      <w:r>
        <w:t>Ce très beau livre est à recommander à tous ceux qui désirent apprendre l'art du dessin sur ordinateur. Ils y trouveront autre chose que de simples techniques, car l'auteur a la générosité d'y partager son expérience et son sens de l'observation.</w:t>
        <w:br/>
        <w:br/>
        <w:t>Au lecteur de mettre en pratique l'enseignement reçu dans un cadre plus large que celui des exemples. L'ouvrage idéal pour cultiver son talent, et enrichir ses compétences en infographie !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