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visual 6.0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Kocher, Georges Louis/ Microsoft corporation/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Kit de formation(N°:None)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413-420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284082549X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officiel de formation conçu par Microsoft pour accompagner les candidats au passage de l’examen de certification 70-176, dans le cadre du programme MCSD (Microsoft Certified Solution Developer). Il constitue également un excellent guide d’apprentissage de Visual Basic 6.0, destiné aux développeurs d’applications Windows sur poste de travail.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