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et techniques de mesures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Boukezzata, Messaoud/ Bouchemat, Mohamed/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185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15 cm</w:t>
            </w:r>
          </w:p>
        </w:tc>
      </w:tr>
      <w:tr>
        <w:trPr>
          <w:trHeight w:val="567"/>
        </w:trPr>
        <w:tc>
          <w:tcPr>
            <w:tcW w:type="dxa" w:w="3000"/>
          </w:tcPr>
          <w:p>
            <w:r>
              <w:t>Notes Générales</w:t>
            </w:r>
          </w:p>
        </w:tc>
        <w:tc>
          <w:tcPr>
            <w:tcW w:type="dxa" w:w="7000"/>
          </w:tcPr>
          <w:p>
            <w:r>
              <w:t>Bibliogr. Index. Annexe</w:t>
            </w:r>
          </w:p>
        </w:tc>
      </w:tr>
      <w:tr>
        <w:trPr>
          <w:trHeight w:val="567"/>
        </w:trPr>
        <w:tc>
          <w:tcPr>
            <w:tcW w:type="dxa" w:w="3000"/>
          </w:tcPr>
          <w:p>
            <w:r>
              <w:t>Numéro d'Identification</w:t>
            </w:r>
          </w:p>
        </w:tc>
        <w:tc>
          <w:tcPr>
            <w:tcW w:type="dxa" w:w="7000"/>
          </w:tcPr>
          <w:p>
            <w:r>
              <w:t>9961006119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mesure électrique/ méthode et technique/ </w:t>
            </w:r>
          </w:p>
        </w:tc>
      </w:tr>
    </w:tbl>
    <w:p>
      <w:pPr>
        <w:pStyle w:val="Heading3"/>
      </w:pPr>
      <w:r>
        <w:t>Résumé :</w:t>
      </w:r>
    </w:p>
    <w:p>
      <w:r>
        <w:t>Cet ouvrage traite les aspects fondamentaux et les bases essentielles des techniques de mesures électriques.il s'adresse aux étudiants des années préparatoires aux grandes écoles ainsi qu'à ceux des cycles court et long des filières techniques et technologiques de l'université.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