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2100040472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w:t>
            </w:r>
          </w:p>
        </w:tc>
      </w:tr>
    </w:tbl>
    <w:p>
      <w:pPr>
        <w:pStyle w:val="Heading3"/>
      </w:pPr>
      <w:r>
        <w:t>Résumé :</w:t>
      </w:r>
    </w:p>
    <w:p>
      <w:r>
        <w:t>Les ouvrages de la série " Atlas " sont abondamment illustrés de photographies en microscopies optique ou électronique et de schémas explicatifs. Ces ouvrages de références sont destinés aux étudiants des premier et deuxième cycles universitaires ou préparant des concours (PCEM, classes préparatoires, CAPES...). Dans ce second volume de l'atlas de biologie animale, les grandes fonctions de nutrition, de relation, de reproduction et d'intégration sont décrites dans une approche histologique. De nombreux exemples développés et illustrés, à l'aide de plus de 500 photographies et schémas descriptifs, permettent d'évoquer la diversité des organes impliqués dans la réalisation de ces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