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Arnal,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transformée de Fourier/ circuit/ </w:t>
            </w:r>
          </w:p>
        </w:tc>
      </w:tr>
    </w:tbl>
    <w:p>
      <w:pPr>
        <w:pStyle w:val="Heading3"/>
      </w:pPr>
      <w:r>
        <w:t>Résumé :</w:t>
      </w:r>
    </w:p>
    <w:p>
      <w:r>
        <w:t>Le livre Signaux et circuits de Robert Arnal, publié dans la collection Maîtrise d’E.E.A. (Électronique, Électrotechnique et Automatique), constitue un ouvrage de référence destiné aux étudiants avancés en sciences de l’ingénieur. Il établit les fondements nécessaires à la compréhension du traitement des signaux et de leur interaction avec les circuits électriques. L’auteur y présente de manière claire et rigoureuse la modélisation des signaux temporels et fréquentiels, tout en introduisant les outils mathématiques fondamentaux tels que la transformée de Fourier et les fonctions de transfert. L’ouvrage explore les comportements dynamiques des circuits linéaires (RLC), les phénomènes de résonance, les techniques de filtrage et l’analyse de systèmes linéaires invariants. Illustré de nombreux schémas et applications concrètes, il met l’accent sur les méthodes d’analyse des signaux en électronique analogique, tout en liant théorie et pratique. Ce livre s’avère particulièrement utile pour les étudiants de maîtrise en électronique et en automatique, ainsi que pour les ingénieurs souhaitant consolider leurs bases dans l’étude des systèmes linéaires et des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