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des composants électroniques. T1, résistances, condensateurs, bobinages, normes, essais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 revue et augm.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2709108216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 électronique/ condensateur/ bobinage/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